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156AB9" w14:textId="77777777" w:rsidR="000D75A8" w:rsidRDefault="00000000">
      <w:pPr>
        <w:spacing w:after="60" w:line="288" w:lineRule="auto"/>
      </w:pPr>
      <w:r>
        <w:rPr>
          <w:b/>
          <w:color w:val="000000"/>
          <w:sz w:val="48"/>
        </w:rPr>
        <w:t>新人到職說明</w:t>
      </w:r>
    </w:p>
    <w:p w14:paraId="594D7E5E" w14:textId="77777777" w:rsidR="000D75A8" w:rsidRDefault="00000000">
      <w:pPr>
        <w:pStyle w:val="21"/>
      </w:pPr>
      <w:r>
        <w:t xml:space="preserve">1. </w:t>
      </w:r>
      <w:r>
        <w:t>文件目的</w:t>
      </w:r>
    </w:p>
    <w:p w14:paraId="0CF5C0A1" w14:textId="77777777" w:rsidR="000D75A8" w:rsidRDefault="00000000">
      <w:pPr>
        <w:rPr>
          <w:lang w:eastAsia="zh-TW"/>
        </w:rPr>
      </w:pPr>
      <w:r>
        <w:rPr>
          <w:lang w:eastAsia="zh-TW"/>
        </w:rPr>
        <w:t>歡迎加入本院。本說明提供新人到職前、到職當日、到職第一週與到職第一個月常見事項，協助新人快速了解行政流程、資訊系統、工作倫理、內部溝通方式與各部門窗口。</w:t>
      </w:r>
    </w:p>
    <w:p w14:paraId="4AEBAA38" w14:textId="77777777" w:rsidR="000D75A8" w:rsidRDefault="00000000">
      <w:r>
        <w:rPr>
          <w:lang w:eastAsia="zh-TW"/>
        </w:rPr>
        <w:t>本文件適用於正式員工、專案人員、約聘人員與短期支援人員。</w:t>
      </w:r>
      <w:r>
        <w:t>若聘用類型另有契約或專案規範，請以契約、聘書、主管說明及各權責單位公告為準。</w:t>
      </w:r>
    </w:p>
    <w:p w14:paraId="4DEDF5FE" w14:textId="77777777" w:rsidR="000D75A8" w:rsidRDefault="00000000">
      <w:r>
        <w:t>本文件主要協助新人掌握「第一步應該找誰、先做什麼、哪些事項不能漏」。涉及請假、差勤、財務核銷、採購、資訊安全、個人資料保護、法務審閱、對外發言等事項，仍應依各權責單位正式規定辦理。</w:t>
      </w:r>
    </w:p>
    <w:p w14:paraId="3D02EE56" w14:textId="77777777" w:rsidR="000D75A8" w:rsidRDefault="00000000">
      <w:pPr>
        <w:pStyle w:val="21"/>
      </w:pPr>
      <w:r>
        <w:t xml:space="preserve">2. </w:t>
      </w:r>
      <w:r>
        <w:t>到職前準備事項</w:t>
      </w:r>
    </w:p>
    <w:p w14:paraId="347E23A6" w14:textId="77777777" w:rsidR="000D75A8" w:rsidRDefault="00000000">
      <w:r>
        <w:t>新人收到錄取通知後，請於指定期限內回覆到職確認信，並依人資單位通知準備相關文件。若因個人因素需要調整報到日期，請至少於原定報到日前三個工作天通知人資窗口與用人主管。</w:t>
      </w:r>
    </w:p>
    <w:p w14:paraId="662A58F1" w14:textId="77777777" w:rsidR="000D75A8" w:rsidRDefault="00000000">
      <w:pPr>
        <w:pStyle w:val="31"/>
      </w:pPr>
      <w:r>
        <w:t xml:space="preserve">2.1 </w:t>
      </w:r>
      <w:r>
        <w:t>到職前應準備文件</w:t>
      </w:r>
    </w:p>
    <w:p w14:paraId="01A2F3E4" w14:textId="77777777" w:rsidR="000D75A8" w:rsidRDefault="00000000">
      <w:r>
        <w:t>請於到職當日攜帶以下文件：</w:t>
      </w:r>
    </w:p>
    <w:p w14:paraId="6373193D" w14:textId="77777777" w:rsidR="000D75A8" w:rsidRDefault="00000000">
      <w:pPr>
        <w:pStyle w:val="a0"/>
        <w:spacing w:after="80"/>
      </w:pPr>
      <w:r>
        <w:t>身分證正反面影本一份。</w:t>
      </w:r>
    </w:p>
    <w:p w14:paraId="519C27D4" w14:textId="77777777" w:rsidR="000D75A8" w:rsidRDefault="00000000">
      <w:pPr>
        <w:pStyle w:val="a0"/>
        <w:spacing w:after="80"/>
      </w:pPr>
      <w:r>
        <w:t>最高學歷證明影本一份。</w:t>
      </w:r>
    </w:p>
    <w:p w14:paraId="6EB0E02E" w14:textId="77777777" w:rsidR="000D75A8" w:rsidRDefault="00000000">
      <w:pPr>
        <w:pStyle w:val="a0"/>
        <w:spacing w:after="80"/>
      </w:pPr>
      <w:r>
        <w:t>金融帳戶封面影本一份，作為薪資撥款使用。</w:t>
      </w:r>
    </w:p>
    <w:p w14:paraId="129541B2" w14:textId="77777777" w:rsidR="000D75A8" w:rsidRDefault="00000000">
      <w:pPr>
        <w:pStyle w:val="a0"/>
        <w:spacing w:after="80"/>
      </w:pPr>
      <w:r>
        <w:t>緊急聯絡人資料。</w:t>
      </w:r>
    </w:p>
    <w:p w14:paraId="0305FC3F" w14:textId="77777777" w:rsidR="000D75A8" w:rsidRDefault="00000000">
      <w:pPr>
        <w:pStyle w:val="a0"/>
        <w:spacing w:after="80"/>
      </w:pPr>
      <w:r>
        <w:t>近三個月內二吋照片一張，供識別證使用。</w:t>
      </w:r>
    </w:p>
    <w:p w14:paraId="17AAA14E" w14:textId="77777777" w:rsidR="000D75A8" w:rsidRDefault="00000000">
      <w:pPr>
        <w:pStyle w:val="a0"/>
        <w:spacing w:after="80"/>
      </w:pPr>
      <w:r>
        <w:t>若有前職離職證明、專業證照或其他任用條件文件，請依人資通知提供。</w:t>
      </w:r>
    </w:p>
    <w:p w14:paraId="07FAEB75" w14:textId="77777777" w:rsidR="000D75A8" w:rsidRDefault="00000000">
      <w:pPr>
        <w:pStyle w:val="a0"/>
        <w:spacing w:after="80"/>
      </w:pPr>
      <w:r>
        <w:t>外籍人士或具特殊身分者，請另依人資單位通知提供工作許可、居留證或相關文件。</w:t>
      </w:r>
    </w:p>
    <w:p w14:paraId="4027A1E0" w14:textId="77777777" w:rsidR="000D75A8" w:rsidRDefault="00000000">
      <w:r>
        <w:t>若到職當日未能備齊文件，請主動告知人資窗口。部分文件會影響薪資建檔、勞健保加保、差勤帳號設定與系統權限開通，請於到職後五個工作天內補齊。</w:t>
      </w:r>
    </w:p>
    <w:p w14:paraId="4B79D4F5" w14:textId="77777777" w:rsidR="000D75A8" w:rsidRDefault="00000000">
      <w:pPr>
        <w:pStyle w:val="31"/>
      </w:pPr>
      <w:r>
        <w:lastRenderedPageBreak/>
        <w:t xml:space="preserve">2.2 </w:t>
      </w:r>
      <w:r>
        <w:t>報到時間與地點</w:t>
      </w:r>
    </w:p>
    <w:p w14:paraId="1BEB98E4" w14:textId="77777777" w:rsidR="000D75A8" w:rsidRDefault="00000000">
      <w:r>
        <w:t>新人原則上於到職日上午</w:t>
      </w:r>
      <w:r>
        <w:t xml:space="preserve"> 9:30 </w:t>
      </w:r>
      <w:r>
        <w:t>至人資單位報到。若因場館活動、外部會議、團隊出差或主管另有安排，報到時間可能調整，請以人資寄送之到職通知信為準。</w:t>
      </w:r>
    </w:p>
    <w:p w14:paraId="38552D28" w14:textId="77777777" w:rsidR="000D75A8" w:rsidRDefault="00000000">
      <w:r>
        <w:t>報到地點通常為行政辦公區之人資櫃台。到達後請先向櫃台說明姓名與報到單位，櫃台會協助通知人資承辦人。</w:t>
      </w:r>
    </w:p>
    <w:p w14:paraId="36B23890" w14:textId="77777777" w:rsidR="000D75A8" w:rsidRDefault="00000000">
      <w:pPr>
        <w:pStyle w:val="31"/>
      </w:pPr>
      <w:r>
        <w:t xml:space="preserve">2.3 </w:t>
      </w:r>
      <w:r>
        <w:t>到職前可先閱讀的資料</w:t>
      </w:r>
    </w:p>
    <w:p w14:paraId="6E30CEC4" w14:textId="77777777" w:rsidR="000D75A8" w:rsidRDefault="00000000">
      <w:r>
        <w:t>人資單位會於到職前寄送新人包連結，內容可能包含：</w:t>
      </w:r>
    </w:p>
    <w:p w14:paraId="617928F7" w14:textId="77777777" w:rsidR="000D75A8" w:rsidRDefault="00000000">
      <w:pPr>
        <w:pStyle w:val="a0"/>
        <w:spacing w:after="80"/>
      </w:pPr>
      <w:r>
        <w:t>本新人到職說明。</w:t>
      </w:r>
    </w:p>
    <w:p w14:paraId="00257E00" w14:textId="77777777" w:rsidR="000D75A8" w:rsidRDefault="00000000">
      <w:pPr>
        <w:pStyle w:val="a0"/>
        <w:spacing w:after="80"/>
      </w:pPr>
      <w:r>
        <w:t>組織架構與各處室簡介。</w:t>
      </w:r>
    </w:p>
    <w:p w14:paraId="395F798D" w14:textId="77777777" w:rsidR="000D75A8" w:rsidRDefault="00000000">
      <w:pPr>
        <w:pStyle w:val="a0"/>
        <w:spacing w:after="80"/>
      </w:pPr>
      <w:r>
        <w:t>差勤與請假基本說明。</w:t>
      </w:r>
    </w:p>
    <w:p w14:paraId="1EC6EEDE" w14:textId="77777777" w:rsidR="000D75A8" w:rsidRDefault="00000000">
      <w:pPr>
        <w:pStyle w:val="a0"/>
        <w:spacing w:after="80"/>
      </w:pPr>
      <w:r>
        <w:t>資訊安全與個人資料保護宣導。</w:t>
      </w:r>
    </w:p>
    <w:p w14:paraId="50C677F0" w14:textId="77777777" w:rsidR="000D75A8" w:rsidRDefault="00000000">
      <w:pPr>
        <w:pStyle w:val="a0"/>
        <w:spacing w:after="80"/>
      </w:pPr>
      <w:r>
        <w:t>內部常用系統清單。</w:t>
      </w:r>
    </w:p>
    <w:p w14:paraId="68F4225A" w14:textId="77777777" w:rsidR="000D75A8" w:rsidRDefault="00000000">
      <w:pPr>
        <w:pStyle w:val="a0"/>
        <w:spacing w:after="80"/>
      </w:pPr>
      <w:r>
        <w:t>辦公室配置與常用會議室說明。</w:t>
      </w:r>
    </w:p>
    <w:p w14:paraId="78D6D3AC" w14:textId="77777777" w:rsidR="000D75A8" w:rsidRDefault="00000000">
      <w:r>
        <w:t>新人到職前不需登入內部系統。若尚未取得帳號，請勿使用同仁帳號代為登入。若主管提前提供專案背景資料，請確認資料來源與權限，避免將內部資料轉寄至個人信箱。</w:t>
      </w:r>
    </w:p>
    <w:p w14:paraId="64836CC9" w14:textId="77777777" w:rsidR="000D75A8" w:rsidRDefault="00000000">
      <w:pPr>
        <w:pStyle w:val="21"/>
      </w:pPr>
      <w:r>
        <w:t xml:space="preserve">3. </w:t>
      </w:r>
      <w:r>
        <w:t>到職第一天流程</w:t>
      </w:r>
    </w:p>
    <w:p w14:paraId="20F14C3D" w14:textId="77777777" w:rsidR="000D75A8" w:rsidRDefault="00000000">
      <w:r>
        <w:t>到職第一天以完成基本行政程序與認識團隊為主。實際流程可能因主管行程、系統開通速度或部門安排略有不同。</w:t>
      </w:r>
    </w:p>
    <w:p w14:paraId="6406853E" w14:textId="77777777" w:rsidR="000D75A8" w:rsidRDefault="00000000">
      <w:pPr>
        <w:pStyle w:val="31"/>
      </w:pPr>
      <w:r>
        <w:t xml:space="preserve">3.1 </w:t>
      </w:r>
      <w:r>
        <w:t>報到與文件繳交</w:t>
      </w:r>
    </w:p>
    <w:p w14:paraId="6932877E" w14:textId="77777777" w:rsidR="000D75A8" w:rsidRDefault="00000000">
      <w:r>
        <w:t>新人抵達後，人資承辦人會協助核對基本資料、收取文件、說明聘用條件、薪資撥款、勞健保、試用期評估與新人訓練安排。</w:t>
      </w:r>
    </w:p>
    <w:p w14:paraId="5284E329" w14:textId="77777777" w:rsidR="000D75A8" w:rsidRDefault="00000000">
      <w:r>
        <w:t>若有文件待補，請與人資承辦人確認補件期限。若薪資帳戶資料尚未完成，可能影響第一期薪資撥款時程。</w:t>
      </w:r>
    </w:p>
    <w:p w14:paraId="4F0B756F" w14:textId="77777777" w:rsidR="000D75A8" w:rsidRDefault="00000000">
      <w:pPr>
        <w:pStyle w:val="31"/>
      </w:pPr>
      <w:r>
        <w:lastRenderedPageBreak/>
        <w:t xml:space="preserve">3.2 </w:t>
      </w:r>
      <w:r>
        <w:t>識別證與門禁卡</w:t>
      </w:r>
    </w:p>
    <w:p w14:paraId="05A4FF7D" w14:textId="77777777" w:rsidR="000D75A8" w:rsidRDefault="00000000">
      <w:r>
        <w:t>行政總務單位會協助製作識別證與門禁卡。正式卡片通常需一至三個工作天完成。卡片尚未完成前，行政總務可提供臨時通行證或由同仁協助進出管制區域。</w:t>
      </w:r>
    </w:p>
    <w:p w14:paraId="25EA21EC" w14:textId="77777777" w:rsidR="000D75A8" w:rsidRDefault="00000000">
      <w:r>
        <w:t>識別證不得借予他人使用。若遺失，請立即通知行政總務窗口與直屬主管。門禁卡遺失可能產生補發費用，並須重新設定權限。</w:t>
      </w:r>
    </w:p>
    <w:p w14:paraId="22242777" w14:textId="77777777" w:rsidR="000D75A8" w:rsidRDefault="00000000">
      <w:pPr>
        <w:pStyle w:val="31"/>
      </w:pPr>
      <w:r>
        <w:t xml:space="preserve">3.3 </w:t>
      </w:r>
      <w:r>
        <w:t>辦公座位與設備領用</w:t>
      </w:r>
    </w:p>
    <w:p w14:paraId="600AB3B4" w14:textId="77777777" w:rsidR="000D75A8" w:rsidRDefault="00000000">
      <w:r>
        <w:t>新人座位由用人單位與行政總務共同安排。到職當日通常會確認座位、桌機或筆電、螢幕、鍵盤滑鼠、電話分機與基本文具。</w:t>
      </w:r>
    </w:p>
    <w:p w14:paraId="159CF86E" w14:textId="77777777" w:rsidR="000D75A8" w:rsidRDefault="00000000">
      <w:r>
        <w:t>設備領用應由資訊單位或行政總務登錄。若因專案需要額外設備，例如簡報轉接頭、錄音設備、行動硬碟、平板、活動用筆電，請由主管提出需求，並依設備借用流程辦理。</w:t>
      </w:r>
    </w:p>
    <w:p w14:paraId="41F346FD" w14:textId="77777777" w:rsidR="000D75A8" w:rsidRDefault="00000000">
      <w:pPr>
        <w:pStyle w:val="31"/>
      </w:pPr>
      <w:r>
        <w:t xml:space="preserve">3.4 </w:t>
      </w:r>
      <w:r>
        <w:t>主管與團隊介紹</w:t>
      </w:r>
    </w:p>
    <w:p w14:paraId="2CF72623" w14:textId="77777777" w:rsidR="000D75A8" w:rsidRDefault="00000000">
      <w:r>
        <w:t>新人完成報到後，直屬主管會安排簡短面談，內容通常包含：</w:t>
      </w:r>
    </w:p>
    <w:p w14:paraId="207ED878" w14:textId="77777777" w:rsidR="000D75A8" w:rsidRDefault="00000000">
      <w:pPr>
        <w:pStyle w:val="a0"/>
        <w:spacing w:after="80"/>
      </w:pPr>
      <w:r>
        <w:t>單位任務與近期重點。</w:t>
      </w:r>
    </w:p>
    <w:p w14:paraId="3D433F92" w14:textId="77777777" w:rsidR="000D75A8" w:rsidRDefault="00000000">
      <w:pPr>
        <w:pStyle w:val="a0"/>
        <w:spacing w:after="80"/>
      </w:pPr>
      <w:r>
        <w:t>新人職務內容與短期目標。</w:t>
      </w:r>
    </w:p>
    <w:p w14:paraId="57EAA4EC" w14:textId="77777777" w:rsidR="000D75A8" w:rsidRDefault="00000000">
      <w:pPr>
        <w:pStyle w:val="a0"/>
        <w:spacing w:after="80"/>
      </w:pPr>
      <w:r>
        <w:t>第一週工作安排。</w:t>
      </w:r>
    </w:p>
    <w:p w14:paraId="5FC5C640" w14:textId="77777777" w:rsidR="000D75A8" w:rsidRDefault="00000000">
      <w:pPr>
        <w:pStyle w:val="a0"/>
        <w:spacing w:after="80"/>
      </w:pPr>
      <w:r>
        <w:t>例行會議與回報方式。</w:t>
      </w:r>
    </w:p>
    <w:p w14:paraId="41538142" w14:textId="77777777" w:rsidR="000D75A8" w:rsidRDefault="00000000">
      <w:pPr>
        <w:pStyle w:val="a0"/>
        <w:spacing w:after="80"/>
      </w:pPr>
      <w:r>
        <w:t>常見協作對象。</w:t>
      </w:r>
    </w:p>
    <w:p w14:paraId="3B928C0E" w14:textId="77777777" w:rsidR="000D75A8" w:rsidRDefault="00000000">
      <w:pPr>
        <w:pStyle w:val="a0"/>
        <w:spacing w:after="80"/>
      </w:pPr>
      <w:r>
        <w:t>目前專案與需要補讀的背景資料。</w:t>
      </w:r>
    </w:p>
    <w:p w14:paraId="0013CF14" w14:textId="77777777" w:rsidR="000D75A8" w:rsidRDefault="00000000">
      <w:r>
        <w:t>若主管當日因外部會議無法面談，應指定代理同仁協助新人完成環境介紹與第一天必要事項。</w:t>
      </w:r>
    </w:p>
    <w:p w14:paraId="12FBEB84" w14:textId="77777777" w:rsidR="000D75A8" w:rsidRDefault="00000000">
      <w:pPr>
        <w:pStyle w:val="31"/>
      </w:pPr>
      <w:r>
        <w:t xml:space="preserve">3.5 </w:t>
      </w:r>
      <w:r>
        <w:t>到職第一天建議完成事項</w:t>
      </w:r>
    </w:p>
    <w:p w14:paraId="6586D1BD" w14:textId="77777777" w:rsidR="000D75A8" w:rsidRDefault="00000000">
      <w:r>
        <w:t>新人到職第一天建議完成以下事項：</w:t>
      </w:r>
    </w:p>
    <w:p w14:paraId="00291C4B" w14:textId="77777777" w:rsidR="000D75A8" w:rsidRDefault="00000000">
      <w:pPr>
        <w:pStyle w:val="a0"/>
        <w:spacing w:after="80"/>
      </w:pPr>
      <w:r>
        <w:t>繳交人資要求之必要文件。</w:t>
      </w:r>
    </w:p>
    <w:p w14:paraId="442F2856" w14:textId="77777777" w:rsidR="000D75A8" w:rsidRDefault="00000000">
      <w:pPr>
        <w:pStyle w:val="a0"/>
        <w:spacing w:after="80"/>
      </w:pPr>
      <w:r>
        <w:t>確認直屬主管、代理窗口與團隊同仁。</w:t>
      </w:r>
    </w:p>
    <w:p w14:paraId="602B42D5" w14:textId="77777777" w:rsidR="000D75A8" w:rsidRDefault="00000000">
      <w:pPr>
        <w:pStyle w:val="a0"/>
        <w:spacing w:after="80"/>
      </w:pPr>
      <w:r>
        <w:t>確認座位、分機與設備是否可使用。</w:t>
      </w:r>
    </w:p>
    <w:p w14:paraId="76AFDA90" w14:textId="77777777" w:rsidR="000D75A8" w:rsidRDefault="00000000">
      <w:pPr>
        <w:pStyle w:val="a0"/>
        <w:spacing w:after="80"/>
      </w:pPr>
      <w:r>
        <w:lastRenderedPageBreak/>
        <w:t>確認識別證或臨時通行證。</w:t>
      </w:r>
    </w:p>
    <w:p w14:paraId="5360C9D0" w14:textId="77777777" w:rsidR="000D75A8" w:rsidRDefault="00000000">
      <w:pPr>
        <w:pStyle w:val="a0"/>
        <w:spacing w:after="80"/>
      </w:pPr>
      <w:r>
        <w:t>確認內部信箱與主要系統的開通狀態。</w:t>
      </w:r>
    </w:p>
    <w:p w14:paraId="432B0202" w14:textId="77777777" w:rsidR="000D75A8" w:rsidRDefault="00000000">
      <w:pPr>
        <w:pStyle w:val="a0"/>
        <w:spacing w:after="80"/>
      </w:pPr>
      <w:r>
        <w:t>閱讀資訊安全與個資保護基本要求。</w:t>
      </w:r>
    </w:p>
    <w:p w14:paraId="63F8F193" w14:textId="77777777" w:rsidR="000D75A8" w:rsidRDefault="00000000">
      <w:pPr>
        <w:pStyle w:val="a0"/>
        <w:spacing w:after="80"/>
      </w:pPr>
      <w:r>
        <w:t>確認第一週是否有外部會議、活動支援、教育訓練或出差安排。</w:t>
      </w:r>
    </w:p>
    <w:p w14:paraId="60586EFD" w14:textId="77777777" w:rsidR="000D75A8" w:rsidRDefault="00000000">
      <w:pPr>
        <w:pStyle w:val="a0"/>
        <w:spacing w:after="80"/>
      </w:pPr>
      <w:r>
        <w:t>將個人手機與緊急聯絡資訊提供給主管或指定窗口。</w:t>
      </w:r>
    </w:p>
    <w:p w14:paraId="3BA6D0E7" w14:textId="77777777" w:rsidR="000D75A8" w:rsidRDefault="00000000">
      <w:pPr>
        <w:pStyle w:val="21"/>
      </w:pPr>
      <w:r>
        <w:t xml:space="preserve">4. </w:t>
      </w:r>
      <w:r>
        <w:t>帳號與系統開通</w:t>
      </w:r>
    </w:p>
    <w:p w14:paraId="09A90477" w14:textId="77777777" w:rsidR="000D75A8" w:rsidRDefault="00000000">
      <w:r>
        <w:t>新人帳號開通由人資、資訊與用人單位共同處理。人資完成任用建檔後，資訊單位才可依職務需求建立帳號與權限。</w:t>
      </w:r>
    </w:p>
    <w:p w14:paraId="341CF4D7" w14:textId="77777777" w:rsidR="000D75A8" w:rsidRDefault="00000000">
      <w:r>
        <w:t>一般情況下，帳號開通需一至三個工作天。若遇大量新人報到、系統維護、權限需跨單位確認或主管尚未完成申請表，開通時間可能延長。</w:t>
      </w:r>
    </w:p>
    <w:p w14:paraId="55E9AB01" w14:textId="77777777" w:rsidR="000D75A8" w:rsidRDefault="00000000">
      <w:pPr>
        <w:pStyle w:val="31"/>
      </w:pPr>
      <w:r>
        <w:t xml:space="preserve">4.1 </w:t>
      </w:r>
      <w:r>
        <w:t>常用系統清單</w:t>
      </w:r>
    </w:p>
    <w:p w14:paraId="00522979" w14:textId="77777777" w:rsidR="000D75A8" w:rsidRDefault="00000000">
      <w:r>
        <w:t>新人常用系統包含：</w:t>
      </w:r>
    </w:p>
    <w:p w14:paraId="6B0DADD8" w14:textId="77777777" w:rsidR="000D75A8" w:rsidRDefault="00000000">
      <w:pPr>
        <w:pStyle w:val="a0"/>
        <w:spacing w:after="80"/>
      </w:pPr>
      <w:r>
        <w:t>Google Workspace</w:t>
      </w:r>
      <w:r>
        <w:t>：內部信箱、日曆、雲端硬碟、文件協作。</w:t>
      </w:r>
    </w:p>
    <w:p w14:paraId="06D31BBA" w14:textId="77777777" w:rsidR="000D75A8" w:rsidRDefault="00000000">
      <w:pPr>
        <w:pStyle w:val="a0"/>
        <w:spacing w:after="80"/>
      </w:pPr>
      <w:r>
        <w:t>差勤系統：出勤紀錄、請假、加班、補休、出差紀錄。</w:t>
      </w:r>
    </w:p>
    <w:p w14:paraId="6BDB71C7" w14:textId="77777777" w:rsidR="000D75A8" w:rsidRDefault="00000000">
      <w:pPr>
        <w:pStyle w:val="a0"/>
        <w:spacing w:after="80"/>
      </w:pPr>
      <w:r>
        <w:t>公文系統：收發文、簽核、內部簽呈與歸檔。</w:t>
      </w:r>
    </w:p>
    <w:p w14:paraId="5CA8DCDF" w14:textId="77777777" w:rsidR="000D75A8" w:rsidRDefault="00000000">
      <w:pPr>
        <w:pStyle w:val="a0"/>
        <w:spacing w:after="80"/>
      </w:pPr>
      <w:r>
        <w:t>財務與核銷系統：費用申請、差旅申請、核銷進度查詢。</w:t>
      </w:r>
    </w:p>
    <w:p w14:paraId="552E4156" w14:textId="77777777" w:rsidR="000D75A8" w:rsidRDefault="00000000">
      <w:pPr>
        <w:pStyle w:val="a0"/>
        <w:spacing w:after="80"/>
      </w:pPr>
      <w:r>
        <w:t>採購與合約管理系統：請購、採購程序、合約文件追蹤。</w:t>
      </w:r>
    </w:p>
    <w:p w14:paraId="6A8D506A" w14:textId="77777777" w:rsidR="000D75A8" w:rsidRDefault="00000000">
      <w:pPr>
        <w:pStyle w:val="a0"/>
        <w:spacing w:after="80"/>
      </w:pPr>
      <w:r>
        <w:t>內部公告平台：行政公告、教育訓練通知、資安宣導。</w:t>
      </w:r>
    </w:p>
    <w:p w14:paraId="4A52D9FC" w14:textId="77777777" w:rsidR="000D75A8" w:rsidRDefault="00000000">
      <w:pPr>
        <w:pStyle w:val="a0"/>
        <w:spacing w:after="80"/>
      </w:pPr>
      <w:r>
        <w:t>專案資料夾：各處室或專案小組使用之共用雲端硬碟。</w:t>
      </w:r>
    </w:p>
    <w:p w14:paraId="67816C77" w14:textId="77777777" w:rsidR="000D75A8" w:rsidRDefault="00000000">
      <w:r>
        <w:t>不同職務的系統權限不同。新人不應要求開通與職務無關的資料夾或系統權限。若需跨處室資料，應由主管或專案負責人提出申請。</w:t>
      </w:r>
    </w:p>
    <w:p w14:paraId="6B2AFBDA" w14:textId="77777777" w:rsidR="000D75A8" w:rsidRDefault="00000000">
      <w:pPr>
        <w:pStyle w:val="31"/>
      </w:pPr>
      <w:r>
        <w:t xml:space="preserve">4.2 </w:t>
      </w:r>
      <w:r>
        <w:t>信箱與日曆</w:t>
      </w:r>
    </w:p>
    <w:p w14:paraId="6B0CC63D" w14:textId="77777777" w:rsidR="000D75A8" w:rsidRDefault="00000000">
      <w:r>
        <w:t>內部信箱是正式公務溝通與會議通知的主要管道。新人取得信箱後，請優先完成：</w:t>
      </w:r>
    </w:p>
    <w:p w14:paraId="641E0F83" w14:textId="77777777" w:rsidR="000D75A8" w:rsidRDefault="00000000">
      <w:pPr>
        <w:pStyle w:val="a0"/>
        <w:spacing w:after="80"/>
      </w:pPr>
      <w:r>
        <w:t>修改初始密碼。</w:t>
      </w:r>
    </w:p>
    <w:p w14:paraId="70461072" w14:textId="77777777" w:rsidR="000D75A8" w:rsidRDefault="00000000">
      <w:pPr>
        <w:pStyle w:val="a0"/>
        <w:spacing w:after="80"/>
      </w:pPr>
      <w:r>
        <w:lastRenderedPageBreak/>
        <w:t>開啟雙因素驗證。</w:t>
      </w:r>
    </w:p>
    <w:p w14:paraId="4AF1C8EB" w14:textId="77777777" w:rsidR="000D75A8" w:rsidRDefault="00000000">
      <w:pPr>
        <w:pStyle w:val="a0"/>
        <w:spacing w:after="80"/>
      </w:pPr>
      <w:r>
        <w:t>確認姓名、職稱與單位顯示正確。</w:t>
      </w:r>
    </w:p>
    <w:p w14:paraId="38B5C19A" w14:textId="77777777" w:rsidR="000D75A8" w:rsidRDefault="00000000">
      <w:pPr>
        <w:pStyle w:val="a0"/>
        <w:spacing w:after="80"/>
      </w:pPr>
      <w:r>
        <w:t>加入部門群組信箱。</w:t>
      </w:r>
    </w:p>
    <w:p w14:paraId="2FD10FCE" w14:textId="77777777" w:rsidR="000D75A8" w:rsidRDefault="00000000">
      <w:pPr>
        <w:pStyle w:val="a0"/>
        <w:spacing w:after="80"/>
      </w:pPr>
      <w:r>
        <w:t>檢查第一週會議邀請。</w:t>
      </w:r>
    </w:p>
    <w:p w14:paraId="02582A08" w14:textId="77777777" w:rsidR="000D75A8" w:rsidRDefault="00000000">
      <w:pPr>
        <w:pStyle w:val="a0"/>
        <w:spacing w:after="80"/>
      </w:pPr>
      <w:r>
        <w:t>設定個人簽名檔。</w:t>
      </w:r>
    </w:p>
    <w:p w14:paraId="0B51205E" w14:textId="77777777" w:rsidR="000D75A8" w:rsidRDefault="00000000">
      <w:r>
        <w:t>尚未取得內部信箱前，主管可用個人信箱或電話通知必要事項，但涉及內部文件、合約、個資、財務資料與專案機敏資料，不得寄送至私人信箱。</w:t>
      </w:r>
    </w:p>
    <w:p w14:paraId="4253771D" w14:textId="77777777" w:rsidR="000D75A8" w:rsidRDefault="00000000">
      <w:pPr>
        <w:pStyle w:val="31"/>
      </w:pPr>
      <w:r>
        <w:t xml:space="preserve">4.3 </w:t>
      </w:r>
      <w:r>
        <w:t>差勤系統</w:t>
      </w:r>
    </w:p>
    <w:p w14:paraId="170D7084" w14:textId="77777777" w:rsidR="000D75A8" w:rsidRDefault="00000000">
      <w:r>
        <w:t>差勤系統用於記錄出勤、請假、加班、補休及出差。新人取得帳號後，請確認所屬單位、主管簽核鏈與工作時段設定是否正確。</w:t>
      </w:r>
    </w:p>
    <w:p w14:paraId="79A22C1A" w14:textId="77777777" w:rsidR="000D75A8" w:rsidRDefault="00000000">
      <w:r>
        <w:t>若到職第一週尚未完成差勤系統開通，但已有請假、外出會議或出差需求，請先向直屬主管與人資窗口報備。系統開通後，需依人資或財務指示補登相關紀錄。</w:t>
      </w:r>
    </w:p>
    <w:p w14:paraId="5D82CB78" w14:textId="77777777" w:rsidR="000D75A8" w:rsidRDefault="00000000">
      <w:pPr>
        <w:pStyle w:val="31"/>
      </w:pPr>
      <w:r>
        <w:t xml:space="preserve">4.4 </w:t>
      </w:r>
      <w:r>
        <w:t>公文系統</w:t>
      </w:r>
    </w:p>
    <w:p w14:paraId="7DC49554" w14:textId="77777777" w:rsidR="000D75A8" w:rsidRDefault="00000000">
      <w:r>
        <w:t>公文系統涉及正式收發文與內部簽核。新人通常需完成基礎教學後，才會取得完整簽辦權限。到職第一週若需協助草擬公文，請由資深同仁或主管確認範本、用語與簽核路徑。</w:t>
      </w:r>
    </w:p>
    <w:p w14:paraId="79A1B671" w14:textId="77777777" w:rsidR="000D75A8" w:rsidRDefault="00000000">
      <w:r>
        <w:t>新人不得自行以個人判斷對外發文或代表單位承諾事項。涉及正式函文、法律效果、補助核定、採購程序、合約權利義務者，應由主管與權責單位確認。</w:t>
      </w:r>
    </w:p>
    <w:p w14:paraId="4BE101B7" w14:textId="77777777" w:rsidR="000D75A8" w:rsidRDefault="00000000">
      <w:pPr>
        <w:pStyle w:val="31"/>
      </w:pPr>
      <w:r>
        <w:t xml:space="preserve">4.5 </w:t>
      </w:r>
      <w:r>
        <w:t>雲端硬碟與資料夾權限</w:t>
      </w:r>
    </w:p>
    <w:p w14:paraId="120B9C48" w14:textId="77777777" w:rsidR="000D75A8" w:rsidRDefault="00000000">
      <w:r>
        <w:t>各處室資料夾由資料夾管理者設定權限。新人加入專案後，請主管或專案負責人協助申請資料夾權限。</w:t>
      </w:r>
    </w:p>
    <w:p w14:paraId="62771E9E" w14:textId="77777777" w:rsidR="000D75A8" w:rsidRDefault="00000000">
      <w:r>
        <w:t>原則上，專案資料應存放於共用雲端硬碟，不應存放於個人雲端空間。含有個資、合約、報價、財務、未公開活動規劃或評選資料的文件，不得任意下載至私人裝置。</w:t>
      </w:r>
    </w:p>
    <w:p w14:paraId="0EDE708A" w14:textId="77777777" w:rsidR="000D75A8" w:rsidRDefault="00000000">
      <w:pPr>
        <w:pStyle w:val="21"/>
      </w:pPr>
      <w:r>
        <w:t xml:space="preserve">5. </w:t>
      </w:r>
      <w:r>
        <w:t>各單位相關規定與窗口</w:t>
      </w:r>
    </w:p>
    <w:p w14:paraId="06900925" w14:textId="77777777" w:rsidR="000D75A8" w:rsidRDefault="00000000">
      <w:r>
        <w:t>本節整理新人最常接觸的單位與事項。實際窗口請以內部公告或人資提供之最新名冊為準。</w:t>
      </w:r>
    </w:p>
    <w:p w14:paraId="5EBB8DF5" w14:textId="77777777" w:rsidR="000D75A8" w:rsidRDefault="00000000">
      <w:pPr>
        <w:pStyle w:val="31"/>
      </w:pPr>
      <w:r>
        <w:lastRenderedPageBreak/>
        <w:t xml:space="preserve">5.1 </w:t>
      </w:r>
      <w:r>
        <w:t>人資單位</w:t>
      </w:r>
    </w:p>
    <w:p w14:paraId="5C41CEB6" w14:textId="77777777" w:rsidR="000D75A8" w:rsidRDefault="00000000">
      <w:r>
        <w:t>人資單位負責任用資料、薪資基本資料、勞健保、差勤規則、新人訓練、教育訓練紀錄與試用期評估流程。</w:t>
      </w:r>
    </w:p>
    <w:p w14:paraId="63A40CBC" w14:textId="77777777" w:rsidR="000D75A8" w:rsidRDefault="00000000">
      <w:r>
        <w:t>新人如遇以下事項，請洽人資：</w:t>
      </w:r>
    </w:p>
    <w:p w14:paraId="2789625D" w14:textId="77777777" w:rsidR="000D75A8" w:rsidRDefault="00000000">
      <w:pPr>
        <w:pStyle w:val="a0"/>
        <w:spacing w:after="80"/>
      </w:pPr>
      <w:r>
        <w:t>任用文件補件。</w:t>
      </w:r>
    </w:p>
    <w:p w14:paraId="5C8F49FF" w14:textId="77777777" w:rsidR="000D75A8" w:rsidRDefault="00000000">
      <w:pPr>
        <w:pStyle w:val="a0"/>
        <w:spacing w:after="80"/>
      </w:pPr>
      <w:r>
        <w:t>薪資帳戶或個人資料異動。</w:t>
      </w:r>
    </w:p>
    <w:p w14:paraId="0016AF08" w14:textId="77777777" w:rsidR="000D75A8" w:rsidRDefault="00000000">
      <w:pPr>
        <w:pStyle w:val="a0"/>
        <w:spacing w:after="80"/>
      </w:pPr>
      <w:r>
        <w:t>勞健保與團體保險問題。</w:t>
      </w:r>
    </w:p>
    <w:p w14:paraId="01456EE5" w14:textId="77777777" w:rsidR="000D75A8" w:rsidRDefault="00000000">
      <w:pPr>
        <w:pStyle w:val="a0"/>
        <w:spacing w:after="80"/>
      </w:pPr>
      <w:r>
        <w:t>請假類別與差勤規定。</w:t>
      </w:r>
    </w:p>
    <w:p w14:paraId="5FBC0861" w14:textId="77777777" w:rsidR="000D75A8" w:rsidRDefault="00000000">
      <w:pPr>
        <w:pStyle w:val="a0"/>
        <w:spacing w:after="80"/>
      </w:pPr>
      <w:r>
        <w:t>試用期評估與教育訓練安排。</w:t>
      </w:r>
    </w:p>
    <w:p w14:paraId="4B9A59C8" w14:textId="77777777" w:rsidR="000D75A8" w:rsidRDefault="00000000">
      <w:pPr>
        <w:pStyle w:val="a0"/>
        <w:spacing w:after="80"/>
      </w:pPr>
      <w:r>
        <w:t>到職證明、在職證明或離職相關事項。</w:t>
      </w:r>
    </w:p>
    <w:p w14:paraId="7B732E89" w14:textId="77777777" w:rsidR="000D75A8" w:rsidRDefault="00000000">
      <w:r>
        <w:t>新人到職第一週需完成個資保護與資安宣導課程。若因外部會議或活動支援無法參加，請向人資申請補課。</w:t>
      </w:r>
    </w:p>
    <w:p w14:paraId="0CCD38A8" w14:textId="77777777" w:rsidR="000D75A8" w:rsidRDefault="00000000">
      <w:pPr>
        <w:pStyle w:val="31"/>
      </w:pPr>
      <w:r>
        <w:t xml:space="preserve">5.2 </w:t>
      </w:r>
      <w:r>
        <w:t>行政總務單位</w:t>
      </w:r>
    </w:p>
    <w:p w14:paraId="38033450" w14:textId="77777777" w:rsidR="000D75A8" w:rsidRDefault="00000000">
      <w:r>
        <w:t>行政總務負責辦公空間、門禁、識別證、會議室、郵務、文具、設備借用與庶務採購。</w:t>
      </w:r>
    </w:p>
    <w:p w14:paraId="6DFAAC23" w14:textId="77777777" w:rsidR="000D75A8" w:rsidRDefault="00000000">
      <w:r>
        <w:t>新人如遇以下事項，請洽行政總務：</w:t>
      </w:r>
    </w:p>
    <w:p w14:paraId="44AABB11" w14:textId="77777777" w:rsidR="000D75A8" w:rsidRDefault="00000000">
      <w:pPr>
        <w:pStyle w:val="a0"/>
        <w:spacing w:after="80"/>
      </w:pPr>
      <w:r>
        <w:t>識別證或門禁卡。</w:t>
      </w:r>
    </w:p>
    <w:p w14:paraId="64D75ADB" w14:textId="77777777" w:rsidR="000D75A8" w:rsidRDefault="00000000">
      <w:pPr>
        <w:pStyle w:val="a0"/>
        <w:spacing w:after="80"/>
      </w:pPr>
      <w:r>
        <w:t>座位與辦公家具。</w:t>
      </w:r>
    </w:p>
    <w:p w14:paraId="34C5820A" w14:textId="77777777" w:rsidR="000D75A8" w:rsidRDefault="00000000">
      <w:pPr>
        <w:pStyle w:val="a0"/>
        <w:spacing w:after="80"/>
      </w:pPr>
      <w:r>
        <w:t>會議室使用。</w:t>
      </w:r>
    </w:p>
    <w:p w14:paraId="181A847D" w14:textId="77777777" w:rsidR="000D75A8" w:rsidRDefault="00000000">
      <w:pPr>
        <w:pStyle w:val="a0"/>
        <w:spacing w:after="80"/>
      </w:pPr>
      <w:r>
        <w:t>文具與公用設備。</w:t>
      </w:r>
    </w:p>
    <w:p w14:paraId="4C59747E" w14:textId="77777777" w:rsidR="000D75A8" w:rsidRDefault="00000000">
      <w:pPr>
        <w:pStyle w:val="a0"/>
        <w:spacing w:after="80"/>
      </w:pPr>
      <w:r>
        <w:t>郵寄與快遞。</w:t>
      </w:r>
    </w:p>
    <w:p w14:paraId="1ED6F1BF" w14:textId="77777777" w:rsidR="000D75A8" w:rsidRDefault="00000000">
      <w:pPr>
        <w:pStyle w:val="a0"/>
        <w:spacing w:after="80"/>
      </w:pPr>
      <w:r>
        <w:t>活動用品借用。</w:t>
      </w:r>
    </w:p>
    <w:p w14:paraId="3704FC69" w14:textId="77777777" w:rsidR="000D75A8" w:rsidRDefault="00000000">
      <w:pPr>
        <w:pStyle w:val="a0"/>
        <w:spacing w:after="80"/>
      </w:pPr>
      <w:r>
        <w:t>臨時訪客登記。</w:t>
      </w:r>
    </w:p>
    <w:p w14:paraId="555421AF" w14:textId="77777777" w:rsidR="000D75A8" w:rsidRDefault="00000000">
      <w:r>
        <w:t>會議室使用應事先於日曆系統預約。若需接待外賓，應確認訪客名單、進出時間、會議室設備與茶水需求。</w:t>
      </w:r>
    </w:p>
    <w:p w14:paraId="179D12BD" w14:textId="77777777" w:rsidR="000D75A8" w:rsidRDefault="00000000">
      <w:pPr>
        <w:pStyle w:val="31"/>
      </w:pPr>
      <w:r>
        <w:lastRenderedPageBreak/>
        <w:t xml:space="preserve">5.3 </w:t>
      </w:r>
      <w:r>
        <w:t>資訊單位</w:t>
      </w:r>
    </w:p>
    <w:p w14:paraId="7FE4A02B" w14:textId="77777777" w:rsidR="000D75A8" w:rsidRDefault="00000000">
      <w:r>
        <w:t>資訊單位負責帳號開通、設備設定、資安政策、軟體授權、網路連線與故障排除。</w:t>
      </w:r>
    </w:p>
    <w:p w14:paraId="00E184B7" w14:textId="77777777" w:rsidR="000D75A8" w:rsidRDefault="00000000">
      <w:r>
        <w:t>新人如遇以下事項，請洽資訊：</w:t>
      </w:r>
    </w:p>
    <w:p w14:paraId="66AD13F4" w14:textId="77777777" w:rsidR="000D75A8" w:rsidRDefault="00000000">
      <w:pPr>
        <w:pStyle w:val="a0"/>
        <w:spacing w:after="80"/>
      </w:pPr>
      <w:r>
        <w:t>信箱或系統無法登入。</w:t>
      </w:r>
    </w:p>
    <w:p w14:paraId="18E36FAE" w14:textId="77777777" w:rsidR="000D75A8" w:rsidRDefault="00000000">
      <w:pPr>
        <w:pStyle w:val="a0"/>
        <w:spacing w:after="80"/>
      </w:pPr>
      <w:r>
        <w:t>雙因素驗證設定。</w:t>
      </w:r>
    </w:p>
    <w:p w14:paraId="684024B3" w14:textId="77777777" w:rsidR="000D75A8" w:rsidRDefault="00000000">
      <w:pPr>
        <w:pStyle w:val="a0"/>
        <w:spacing w:after="80"/>
      </w:pPr>
      <w:r>
        <w:t>筆電、桌機、螢幕、網路或印表機問題。</w:t>
      </w:r>
    </w:p>
    <w:p w14:paraId="7FCCD398" w14:textId="77777777" w:rsidR="000D75A8" w:rsidRDefault="00000000">
      <w:pPr>
        <w:pStyle w:val="a0"/>
        <w:spacing w:after="80"/>
      </w:pPr>
      <w:r>
        <w:t>軟體安裝需求。</w:t>
      </w:r>
    </w:p>
    <w:p w14:paraId="6FDE75FC" w14:textId="77777777" w:rsidR="000D75A8" w:rsidRDefault="00000000">
      <w:pPr>
        <w:pStyle w:val="a0"/>
        <w:spacing w:after="80"/>
      </w:pPr>
      <w:r>
        <w:t>雲端硬碟權限異常。</w:t>
      </w:r>
    </w:p>
    <w:p w14:paraId="446149D8" w14:textId="77777777" w:rsidR="000D75A8" w:rsidRDefault="00000000">
      <w:pPr>
        <w:pStyle w:val="a0"/>
        <w:spacing w:after="80"/>
      </w:pPr>
      <w:r>
        <w:t>可疑郵件、釣魚信或資安事件。</w:t>
      </w:r>
    </w:p>
    <w:p w14:paraId="635AC2B3" w14:textId="77777777" w:rsidR="000D75A8" w:rsidRDefault="00000000">
      <w:r>
        <w:t>資訊單位提醒，新人不得自行安裝未授權軟體，不得使用私人雲端同步公務資料，不得將內部資料輸入未經核可之外部</w:t>
      </w:r>
      <w:r>
        <w:t xml:space="preserve"> AI </w:t>
      </w:r>
      <w:r>
        <w:t>工具。若課程、研究或專案有</w:t>
      </w:r>
      <w:r>
        <w:t xml:space="preserve"> AI </w:t>
      </w:r>
      <w:r>
        <w:t>工具使用需求，應先確認資料是否含個資、營業秘密、尚未公開政策或未公開評選資訊。</w:t>
      </w:r>
    </w:p>
    <w:p w14:paraId="2BEC4810" w14:textId="77777777" w:rsidR="000D75A8" w:rsidRDefault="00000000">
      <w:pPr>
        <w:pStyle w:val="31"/>
      </w:pPr>
      <w:r>
        <w:t xml:space="preserve">5.4 </w:t>
      </w:r>
      <w:r>
        <w:t>財務單位</w:t>
      </w:r>
    </w:p>
    <w:p w14:paraId="22954B08" w14:textId="77777777" w:rsidR="000D75A8" w:rsidRDefault="00000000">
      <w:r>
        <w:t>財務單位負責薪資撥款、費用核銷、差旅費、代墊款、預支款、發票與收據審核、預算科目與會計憑證保存。</w:t>
      </w:r>
    </w:p>
    <w:p w14:paraId="546C34BE" w14:textId="77777777" w:rsidR="000D75A8" w:rsidRDefault="00000000">
      <w:r>
        <w:t>新人常見財務相關事項包含：</w:t>
      </w:r>
    </w:p>
    <w:p w14:paraId="563037C3" w14:textId="77777777" w:rsidR="000D75A8" w:rsidRDefault="00000000">
      <w:pPr>
        <w:pStyle w:val="a0"/>
        <w:spacing w:after="80"/>
      </w:pPr>
      <w:r>
        <w:t>出差或外出會議交通費。</w:t>
      </w:r>
    </w:p>
    <w:p w14:paraId="12D80C68" w14:textId="77777777" w:rsidR="000D75A8" w:rsidRDefault="00000000">
      <w:pPr>
        <w:pStyle w:val="a0"/>
        <w:spacing w:after="80"/>
      </w:pPr>
      <w:r>
        <w:t>活動現場臨時採買。</w:t>
      </w:r>
    </w:p>
    <w:p w14:paraId="0560C016" w14:textId="77777777" w:rsidR="000D75A8" w:rsidRDefault="00000000">
      <w:pPr>
        <w:pStyle w:val="a0"/>
        <w:spacing w:after="80"/>
      </w:pPr>
      <w:r>
        <w:t>專案餐費、郵資或印刷費。</w:t>
      </w:r>
    </w:p>
    <w:p w14:paraId="6BB5B859" w14:textId="77777777" w:rsidR="000D75A8" w:rsidRDefault="00000000">
      <w:pPr>
        <w:pStyle w:val="a0"/>
        <w:spacing w:after="80"/>
      </w:pPr>
      <w:r>
        <w:t>廠商請款文件。</w:t>
      </w:r>
    </w:p>
    <w:p w14:paraId="356E1C8D" w14:textId="77777777" w:rsidR="000D75A8" w:rsidRDefault="00000000">
      <w:pPr>
        <w:pStyle w:val="a0"/>
        <w:spacing w:after="80"/>
      </w:pPr>
      <w:r>
        <w:t>發票抬頭與統一編號。</w:t>
      </w:r>
    </w:p>
    <w:p w14:paraId="5C4A2E8E" w14:textId="77777777" w:rsidR="000D75A8" w:rsidRDefault="00000000">
      <w:pPr>
        <w:pStyle w:val="a0"/>
        <w:spacing w:after="80"/>
      </w:pPr>
      <w:r>
        <w:t>核銷期限與憑證保存。</w:t>
      </w:r>
    </w:p>
    <w:p w14:paraId="24E8D58E" w14:textId="77777777" w:rsidR="000D75A8" w:rsidRDefault="00000000">
      <w:r>
        <w:t>本新人到職說明僅列出常見提醒。差旅、交通費、代墊款、預支款、核銷期限、發票格式與系統操作，請依財務單位發布之「財務核銷與差旅規定」辦理。</w:t>
      </w:r>
    </w:p>
    <w:p w14:paraId="13556581" w14:textId="77777777" w:rsidR="000D75A8" w:rsidRDefault="00000000">
      <w:pPr>
        <w:pStyle w:val="31"/>
      </w:pPr>
      <w:r>
        <w:lastRenderedPageBreak/>
        <w:t xml:space="preserve">5.5 </w:t>
      </w:r>
      <w:r>
        <w:t>法務與採購相關窗口</w:t>
      </w:r>
    </w:p>
    <w:p w14:paraId="4E23D330" w14:textId="77777777" w:rsidR="000D75A8" w:rsidRDefault="00000000">
      <w:r>
        <w:t>涉及合約、授權、採購、委託服務、著作權、肖像權、個資、保密條款、競賽或補助規範者，應依內部流程洽法務或採購窗口。</w:t>
      </w:r>
    </w:p>
    <w:p w14:paraId="4F69C3A9" w14:textId="77777777" w:rsidR="000D75A8" w:rsidRDefault="00000000">
      <w:r>
        <w:t>新人不得自行代表單位與廠商承諾採購、付款、活動合作、授權條件或合約內容。即使金額較小，也應先確認是否需請購、比價、簽核或合約審閱。</w:t>
      </w:r>
    </w:p>
    <w:p w14:paraId="27840177" w14:textId="77777777" w:rsidR="000D75A8" w:rsidRDefault="00000000">
      <w:pPr>
        <w:pStyle w:val="31"/>
      </w:pPr>
      <w:r>
        <w:t xml:space="preserve">5.6 </w:t>
      </w:r>
      <w:r>
        <w:t>公關與對外溝通</w:t>
      </w:r>
    </w:p>
    <w:p w14:paraId="0E38E842" w14:textId="77777777" w:rsidR="000D75A8" w:rsidRDefault="00000000">
      <w:r>
        <w:t>涉及新聞稿、媒體詢問、社群貼文、對外簡報、公開演講、品牌露出與重大活動訊息者，應先洽主管與公關窗口。</w:t>
      </w:r>
    </w:p>
    <w:p w14:paraId="3832DE08" w14:textId="77777777" w:rsidR="000D75A8" w:rsidRDefault="00000000">
      <w:r>
        <w:t>新人如接獲媒體或外部單位詢問，不應立即代表單位回覆。可先記錄對方姓名、單位、聯絡方式與問題內容，再轉請主管或公關窗口處理。</w:t>
      </w:r>
    </w:p>
    <w:p w14:paraId="127C9946" w14:textId="77777777" w:rsidR="000D75A8" w:rsidRDefault="00000000">
      <w:pPr>
        <w:pStyle w:val="21"/>
      </w:pPr>
      <w:r>
        <w:t xml:space="preserve">6. </w:t>
      </w:r>
      <w:r>
        <w:t>工作溝通與會議規範</w:t>
      </w:r>
    </w:p>
    <w:p w14:paraId="5110C707" w14:textId="77777777" w:rsidR="000D75A8" w:rsidRDefault="00000000">
      <w:pPr>
        <w:pStyle w:val="31"/>
      </w:pPr>
      <w:r>
        <w:t xml:space="preserve">6.1 </w:t>
      </w:r>
      <w:r>
        <w:t>例行會議</w:t>
      </w:r>
    </w:p>
    <w:p w14:paraId="0BB04504" w14:textId="77777777" w:rsidR="000D75A8" w:rsidRDefault="00000000">
      <w:r>
        <w:t>各處室通常設有週會或專案會議。新人應確認：</w:t>
      </w:r>
    </w:p>
    <w:p w14:paraId="04546C65" w14:textId="77777777" w:rsidR="000D75A8" w:rsidRDefault="00000000">
      <w:pPr>
        <w:pStyle w:val="a0"/>
        <w:spacing w:after="80"/>
      </w:pPr>
      <w:r>
        <w:t>會議頻率與固定時間。</w:t>
      </w:r>
    </w:p>
    <w:p w14:paraId="35CF0C2D" w14:textId="77777777" w:rsidR="000D75A8" w:rsidRDefault="00000000">
      <w:pPr>
        <w:pStyle w:val="a0"/>
        <w:spacing w:after="80"/>
      </w:pPr>
      <w:r>
        <w:t>是否需事前提供進度。</w:t>
      </w:r>
    </w:p>
    <w:p w14:paraId="6312D7A3" w14:textId="77777777" w:rsidR="000D75A8" w:rsidRDefault="00000000">
      <w:pPr>
        <w:pStyle w:val="a0"/>
        <w:spacing w:after="80"/>
      </w:pPr>
      <w:r>
        <w:t>會議紀錄由誰負責。</w:t>
      </w:r>
    </w:p>
    <w:p w14:paraId="64E77861" w14:textId="77777777" w:rsidR="000D75A8" w:rsidRDefault="00000000">
      <w:pPr>
        <w:pStyle w:val="a0"/>
        <w:spacing w:after="80"/>
      </w:pPr>
      <w:r>
        <w:t>會議決議如何追蹤。</w:t>
      </w:r>
    </w:p>
    <w:p w14:paraId="1F021E39" w14:textId="77777777" w:rsidR="000D75A8" w:rsidRDefault="00000000">
      <w:pPr>
        <w:pStyle w:val="a0"/>
        <w:spacing w:after="80"/>
      </w:pPr>
      <w:r>
        <w:t>是否有固定簡報或報告格式。</w:t>
      </w:r>
    </w:p>
    <w:p w14:paraId="2F4E2349" w14:textId="77777777" w:rsidR="000D75A8" w:rsidRDefault="00000000">
      <w:r>
        <w:t>若新人被指派擔任會議紀錄，請確認會議是否可錄音、紀錄格式、決議與待辦欄位，以及是否需於會後寄送給所有與會者。涉及機敏事項的會議，錄音或逐字稿使用需先取得主管同意。</w:t>
      </w:r>
    </w:p>
    <w:p w14:paraId="63AC724C" w14:textId="77777777" w:rsidR="000D75A8" w:rsidRDefault="00000000">
      <w:pPr>
        <w:pStyle w:val="31"/>
      </w:pPr>
      <w:r>
        <w:t xml:space="preserve">6.2 </w:t>
      </w:r>
      <w:r>
        <w:t>對外會議</w:t>
      </w:r>
    </w:p>
    <w:p w14:paraId="69A9B216" w14:textId="77777777" w:rsidR="000D75A8" w:rsidRDefault="00000000">
      <w:r>
        <w:t>新人第一週可能會被安排旁聽外部會議、活動場勘或專案協調會。參與前請先向主管確認：</w:t>
      </w:r>
    </w:p>
    <w:p w14:paraId="2E21E616" w14:textId="77777777" w:rsidR="000D75A8" w:rsidRDefault="00000000">
      <w:pPr>
        <w:pStyle w:val="a0"/>
        <w:spacing w:after="80"/>
      </w:pPr>
      <w:r>
        <w:t>會議目的與角色。</w:t>
      </w:r>
    </w:p>
    <w:p w14:paraId="6584A9A4" w14:textId="77777777" w:rsidR="000D75A8" w:rsidRDefault="00000000">
      <w:pPr>
        <w:pStyle w:val="a0"/>
        <w:spacing w:after="80"/>
      </w:pPr>
      <w:r>
        <w:t>是否需要準備資料。</w:t>
      </w:r>
    </w:p>
    <w:p w14:paraId="2D6CD5A4" w14:textId="77777777" w:rsidR="000D75A8" w:rsidRDefault="00000000">
      <w:pPr>
        <w:pStyle w:val="a0"/>
        <w:spacing w:after="80"/>
      </w:pPr>
      <w:r>
        <w:lastRenderedPageBreak/>
        <w:t>是否可代表單位發言。</w:t>
      </w:r>
    </w:p>
    <w:p w14:paraId="434CBEFB" w14:textId="77777777" w:rsidR="000D75A8" w:rsidRDefault="00000000">
      <w:pPr>
        <w:pStyle w:val="a0"/>
        <w:spacing w:after="80"/>
      </w:pPr>
      <w:r>
        <w:t>是否需記錄會議結論。</w:t>
      </w:r>
    </w:p>
    <w:p w14:paraId="72478B2E" w14:textId="77777777" w:rsidR="000D75A8" w:rsidRDefault="00000000">
      <w:pPr>
        <w:pStyle w:val="a0"/>
        <w:spacing w:after="80"/>
      </w:pPr>
      <w:r>
        <w:t>是否會產生交通費、餐費或其他費用。</w:t>
      </w:r>
    </w:p>
    <w:p w14:paraId="3DB36869" w14:textId="77777777" w:rsidR="000D75A8" w:rsidRDefault="00000000">
      <w:pPr>
        <w:pStyle w:val="a0"/>
        <w:spacing w:after="80"/>
      </w:pPr>
      <w:r>
        <w:t>是否需填寫外出、出差或差旅申請。</w:t>
      </w:r>
    </w:p>
    <w:p w14:paraId="26B951FF" w14:textId="77777777" w:rsidR="000D75A8" w:rsidRDefault="00000000">
      <w:r>
        <w:t>若會議地點在辦公室以外，且涉及交通費、差旅費或公務外出，請依財務與差勤相關規定辦理。若系統尚未開通，請先由主管協助確認補登方式。</w:t>
      </w:r>
    </w:p>
    <w:p w14:paraId="2E8B72EA" w14:textId="77777777" w:rsidR="000D75A8" w:rsidRDefault="00000000">
      <w:pPr>
        <w:pStyle w:val="31"/>
      </w:pPr>
      <w:r>
        <w:t xml:space="preserve">6.3 </w:t>
      </w:r>
      <w:r>
        <w:t>文字溝通</w:t>
      </w:r>
    </w:p>
    <w:p w14:paraId="36C4353A" w14:textId="77777777" w:rsidR="000D75A8" w:rsidRDefault="00000000">
      <w:r>
        <w:t>內部正式溝通以信箱、內部文件、會議紀錄與簽核系統為主。即時通訊工具可作為快速提醒，但重要決策、核准、預算、權責分工或對外承諾，仍應留下正式紀錄。</w:t>
      </w:r>
    </w:p>
    <w:p w14:paraId="203AD115" w14:textId="77777777" w:rsidR="000D75A8" w:rsidRDefault="00000000">
      <w:r>
        <w:t>新人應避免只依口頭或即時訊息執行涉及費用、合約、對外承諾或公開發布的工作。若收到不清楚的指示，請主動向主管確認。</w:t>
      </w:r>
    </w:p>
    <w:p w14:paraId="0B73D265" w14:textId="77777777" w:rsidR="000D75A8" w:rsidRDefault="00000000">
      <w:pPr>
        <w:pStyle w:val="21"/>
      </w:pPr>
      <w:r>
        <w:t xml:space="preserve">7. </w:t>
      </w:r>
      <w:r>
        <w:t>差勤、請假與加班基本說明</w:t>
      </w:r>
    </w:p>
    <w:p w14:paraId="755B3645" w14:textId="77777777" w:rsidR="000D75A8" w:rsidRDefault="00000000">
      <w:r>
        <w:t>本節僅提供新人理解用，詳細規則請依人資公告與差勤系統規定辦理。</w:t>
      </w:r>
    </w:p>
    <w:p w14:paraId="473DDD24" w14:textId="77777777" w:rsidR="000D75A8" w:rsidRDefault="00000000">
      <w:pPr>
        <w:pStyle w:val="31"/>
      </w:pPr>
      <w:r>
        <w:t xml:space="preserve">7.1 </w:t>
      </w:r>
      <w:r>
        <w:t>出勤</w:t>
      </w:r>
    </w:p>
    <w:p w14:paraId="2B599375" w14:textId="77777777" w:rsidR="000D75A8" w:rsidRDefault="00000000">
      <w:r>
        <w:t>新人應依任用條件與單位安排出勤。若採彈性上下班、排班或專案特殊工時，請以主管與人資確認之版本為準。</w:t>
      </w:r>
    </w:p>
    <w:p w14:paraId="267AC021" w14:textId="77777777" w:rsidR="000D75A8" w:rsidRDefault="00000000">
      <w:r>
        <w:t>若因系統尚未開通無法打卡或登錄出勤，請於當日向主管與人資報備，並保留相關紀錄。系統開通後再依指示補登。</w:t>
      </w:r>
    </w:p>
    <w:p w14:paraId="4E29768C" w14:textId="77777777" w:rsidR="000D75A8" w:rsidRDefault="00000000">
      <w:pPr>
        <w:pStyle w:val="31"/>
      </w:pPr>
      <w:r>
        <w:t xml:space="preserve">7.2 </w:t>
      </w:r>
      <w:r>
        <w:t>請假</w:t>
      </w:r>
    </w:p>
    <w:p w14:paraId="27B5BA6B" w14:textId="77777777" w:rsidR="000D75A8" w:rsidRDefault="00000000">
      <w:r>
        <w:t>請假應事前向主管提出，並於差勤系統送出申請。病假或突發狀況應儘快通知主管，必要時補附證明。</w:t>
      </w:r>
    </w:p>
    <w:p w14:paraId="01BD6162" w14:textId="77777777" w:rsidR="000D75A8" w:rsidRDefault="00000000">
      <w:r>
        <w:t>新人到職初期若尚未取得差勤系統帳號，請先以信件或主管指定方式報備，待帳號開通後補登。</w:t>
      </w:r>
    </w:p>
    <w:p w14:paraId="594D9D27" w14:textId="77777777" w:rsidR="000D75A8" w:rsidRDefault="00000000">
      <w:pPr>
        <w:pStyle w:val="31"/>
      </w:pPr>
      <w:r>
        <w:lastRenderedPageBreak/>
        <w:t xml:space="preserve">7.3 </w:t>
      </w:r>
      <w:r>
        <w:t>加班</w:t>
      </w:r>
    </w:p>
    <w:p w14:paraId="1192D5FD" w14:textId="77777777" w:rsidR="000D75A8" w:rsidRDefault="00000000">
      <w:r>
        <w:t>加班原則上需事前經主管核准。活動期間或外部會議支援若可能延長工時，應先確認是否符合加班申請條件，以及是否以補休或加班費處理。</w:t>
      </w:r>
    </w:p>
    <w:p w14:paraId="4927F5D8" w14:textId="77777777" w:rsidR="000D75A8" w:rsidRDefault="00000000">
      <w:r>
        <w:t>新人不得自行認定加班可核准。若主管臨時指派晚間或假日支援，請於事前或事後第一個工作天確認紀錄與補登方式。</w:t>
      </w:r>
    </w:p>
    <w:p w14:paraId="1D0F3C62" w14:textId="77777777" w:rsidR="000D75A8" w:rsidRDefault="00000000">
      <w:pPr>
        <w:pStyle w:val="21"/>
      </w:pPr>
      <w:r>
        <w:t xml:space="preserve">8. </w:t>
      </w:r>
      <w:r>
        <w:t>資訊安全與資料使用</w:t>
      </w:r>
    </w:p>
    <w:p w14:paraId="6C8C3811" w14:textId="77777777" w:rsidR="000D75A8" w:rsidRDefault="00000000">
      <w:r>
        <w:t>新人到職第一週應完成資訊安全與個人資料保護宣導。以下為基本原則：</w:t>
      </w:r>
    </w:p>
    <w:p w14:paraId="5A4FD46B" w14:textId="77777777" w:rsidR="000D75A8" w:rsidRDefault="00000000">
      <w:pPr>
        <w:pStyle w:val="a0"/>
        <w:spacing w:after="80"/>
      </w:pPr>
      <w:r>
        <w:t>公務資料應存放於核可之系統或共用資料夾。</w:t>
      </w:r>
    </w:p>
    <w:p w14:paraId="4394EA75" w14:textId="77777777" w:rsidR="000D75A8" w:rsidRDefault="00000000">
      <w:pPr>
        <w:pStyle w:val="a0"/>
        <w:spacing w:after="80"/>
      </w:pPr>
      <w:r>
        <w:t>不得將內部資料轉寄至私人信箱。</w:t>
      </w:r>
    </w:p>
    <w:p w14:paraId="42F35F53" w14:textId="77777777" w:rsidR="000D75A8" w:rsidRDefault="00000000">
      <w:pPr>
        <w:pStyle w:val="a0"/>
        <w:spacing w:after="80"/>
      </w:pPr>
      <w:r>
        <w:t>不得使用私人雲端硬碟同步公務資料。</w:t>
      </w:r>
    </w:p>
    <w:p w14:paraId="0D9CBE4F" w14:textId="77777777" w:rsidR="000D75A8" w:rsidRDefault="00000000">
      <w:pPr>
        <w:pStyle w:val="a0"/>
        <w:spacing w:after="80"/>
      </w:pPr>
      <w:r>
        <w:t>不得將含個資、合約、財務、評選、未公開政策或未公開活動資料輸入外部</w:t>
      </w:r>
      <w:r>
        <w:t xml:space="preserve"> AI </w:t>
      </w:r>
      <w:r>
        <w:t>工具。</w:t>
      </w:r>
    </w:p>
    <w:p w14:paraId="513D974B" w14:textId="77777777" w:rsidR="000D75A8" w:rsidRDefault="00000000">
      <w:pPr>
        <w:pStyle w:val="a0"/>
        <w:spacing w:after="80"/>
      </w:pPr>
      <w:r>
        <w:t>收到可疑信件、連結或附件，應通報資訊單位。</w:t>
      </w:r>
    </w:p>
    <w:p w14:paraId="42E1F3BC" w14:textId="77777777" w:rsidR="000D75A8" w:rsidRDefault="00000000">
      <w:pPr>
        <w:pStyle w:val="a0"/>
        <w:spacing w:after="80"/>
      </w:pPr>
      <w:r>
        <w:t>離席時應鎖定電腦畫面。</w:t>
      </w:r>
    </w:p>
    <w:p w14:paraId="715044D1" w14:textId="77777777" w:rsidR="000D75A8" w:rsidRDefault="00000000">
      <w:pPr>
        <w:pStyle w:val="a0"/>
        <w:spacing w:after="80"/>
      </w:pPr>
      <w:r>
        <w:t>紙本文件使用後應依機密等級保存或銷毀。</w:t>
      </w:r>
    </w:p>
    <w:p w14:paraId="2F6CF7BE" w14:textId="77777777" w:rsidR="000D75A8" w:rsidRDefault="00000000">
      <w:r>
        <w:t>若業務上需要使用</w:t>
      </w:r>
      <w:r>
        <w:t xml:space="preserve"> AI </w:t>
      </w:r>
      <w:r>
        <w:t>工具整理資料，應先確認資料是否可外部處理。可優先使用已核可之工具與去識別化、模擬化或公開資料。</w:t>
      </w:r>
    </w:p>
    <w:p w14:paraId="02690A92" w14:textId="77777777" w:rsidR="000D75A8" w:rsidRDefault="00000000">
      <w:pPr>
        <w:pStyle w:val="21"/>
      </w:pPr>
      <w:r>
        <w:t xml:space="preserve">9. </w:t>
      </w:r>
      <w:r>
        <w:t>到職第一週建議清單</w:t>
      </w:r>
    </w:p>
    <w:p w14:paraId="12C72EA7" w14:textId="77777777" w:rsidR="000D75A8" w:rsidRDefault="00000000">
      <w:r>
        <w:t>新人到職第一週建議完成：</w:t>
      </w:r>
    </w:p>
    <w:p w14:paraId="7E556534" w14:textId="77777777" w:rsidR="000D75A8" w:rsidRDefault="00000000">
      <w:pPr>
        <w:pStyle w:val="a0"/>
        <w:spacing w:after="80"/>
      </w:pPr>
      <w:r>
        <w:t>完成所有任用文件補件。</w:t>
      </w:r>
    </w:p>
    <w:p w14:paraId="2D187700" w14:textId="77777777" w:rsidR="000D75A8" w:rsidRDefault="00000000">
      <w:pPr>
        <w:pStyle w:val="a0"/>
        <w:spacing w:after="80"/>
      </w:pPr>
      <w:r>
        <w:t>確認薪資帳戶、勞健保與緊急聯絡人資料。</w:t>
      </w:r>
    </w:p>
    <w:p w14:paraId="1E99FF43" w14:textId="77777777" w:rsidR="000D75A8" w:rsidRDefault="00000000">
      <w:pPr>
        <w:pStyle w:val="a0"/>
        <w:spacing w:after="80"/>
      </w:pPr>
      <w:r>
        <w:t>取得識別證或臨時通行證。</w:t>
      </w:r>
    </w:p>
    <w:p w14:paraId="14E27307" w14:textId="77777777" w:rsidR="000D75A8" w:rsidRDefault="00000000">
      <w:pPr>
        <w:pStyle w:val="a0"/>
        <w:spacing w:after="80"/>
      </w:pPr>
      <w:r>
        <w:t>完成信箱、日曆與雙因素驗證設定。</w:t>
      </w:r>
    </w:p>
    <w:p w14:paraId="4E63842C" w14:textId="77777777" w:rsidR="000D75A8" w:rsidRDefault="00000000">
      <w:pPr>
        <w:pStyle w:val="a0"/>
        <w:spacing w:after="80"/>
      </w:pPr>
      <w:r>
        <w:t>確認差勤系統、內部公告平台與必要系統權限。</w:t>
      </w:r>
    </w:p>
    <w:p w14:paraId="5AD26167" w14:textId="77777777" w:rsidR="000D75A8" w:rsidRDefault="00000000">
      <w:pPr>
        <w:pStyle w:val="a0"/>
        <w:spacing w:after="80"/>
      </w:pPr>
      <w:r>
        <w:t>加入部門群組與專案資料夾。</w:t>
      </w:r>
    </w:p>
    <w:p w14:paraId="53EF88F4" w14:textId="77777777" w:rsidR="000D75A8" w:rsidRDefault="00000000">
      <w:pPr>
        <w:pStyle w:val="a0"/>
        <w:spacing w:after="80"/>
      </w:pPr>
      <w:r>
        <w:lastRenderedPageBreak/>
        <w:t>閱讀資訊安全與個資保護宣導。</w:t>
      </w:r>
    </w:p>
    <w:p w14:paraId="2765DEFF" w14:textId="77777777" w:rsidR="000D75A8" w:rsidRDefault="00000000">
      <w:pPr>
        <w:pStyle w:val="a0"/>
        <w:spacing w:after="80"/>
      </w:pPr>
      <w:r>
        <w:t>完成新人訓練或預約補課。</w:t>
      </w:r>
    </w:p>
    <w:p w14:paraId="0A2894C3" w14:textId="77777777" w:rsidR="000D75A8" w:rsidRDefault="00000000">
      <w:pPr>
        <w:pStyle w:val="a0"/>
        <w:spacing w:after="80"/>
      </w:pPr>
      <w:r>
        <w:t>與主管確認前三十天工作目標。</w:t>
      </w:r>
    </w:p>
    <w:p w14:paraId="51DFB230" w14:textId="77777777" w:rsidR="000D75A8" w:rsidRDefault="00000000">
      <w:pPr>
        <w:pStyle w:val="a0"/>
        <w:spacing w:after="80"/>
      </w:pPr>
      <w:r>
        <w:t>了解例行會議與進度回報方式。</w:t>
      </w:r>
    </w:p>
    <w:p w14:paraId="0DC3C1DE" w14:textId="77777777" w:rsidR="000D75A8" w:rsidRDefault="00000000">
      <w:pPr>
        <w:pStyle w:val="a0"/>
        <w:spacing w:after="80"/>
      </w:pPr>
      <w:r>
        <w:t>確認是否有外部會議、活動支援、場勘或出差安排。</w:t>
      </w:r>
    </w:p>
    <w:p w14:paraId="29F120BD" w14:textId="77777777" w:rsidR="000D75A8" w:rsidRDefault="00000000">
      <w:pPr>
        <w:pStyle w:val="a0"/>
        <w:spacing w:after="80"/>
      </w:pPr>
      <w:r>
        <w:t>若會產生費用，先詢問主管與財務窗口應如何申請與核銷。</w:t>
      </w:r>
    </w:p>
    <w:p w14:paraId="2281CA41" w14:textId="77777777" w:rsidR="000D75A8" w:rsidRDefault="00000000">
      <w:pPr>
        <w:pStyle w:val="21"/>
      </w:pPr>
      <w:r>
        <w:t xml:space="preserve">10. </w:t>
      </w:r>
      <w:r>
        <w:t>常見情境</w:t>
      </w:r>
    </w:p>
    <w:p w14:paraId="6838E00D" w14:textId="77777777" w:rsidR="000D75A8" w:rsidRDefault="00000000">
      <w:pPr>
        <w:pStyle w:val="31"/>
      </w:pPr>
      <w:r>
        <w:t xml:space="preserve">10.1 </w:t>
      </w:r>
      <w:r>
        <w:t>第一週就被安排參加外部會議</w:t>
      </w:r>
    </w:p>
    <w:p w14:paraId="68F834A7" w14:textId="77777777" w:rsidR="000D75A8" w:rsidRDefault="00000000">
      <w:r>
        <w:t>請先向主管確認會議目的、角色、是否需發言、是否需製作紀錄，以及是否會產生交通費。若會議地點不在辦公室，請確認是否需外出登記、出差申請或差旅申請。</w:t>
      </w:r>
    </w:p>
    <w:p w14:paraId="1508D405" w14:textId="77777777" w:rsidR="000D75A8" w:rsidRDefault="00000000">
      <w:r>
        <w:t>若差勤或財務系統尚未開通，請先以信件留下主管指派與核准紀錄。系統開通後，依人資或財務指示補登。</w:t>
      </w:r>
    </w:p>
    <w:p w14:paraId="0EBA8622" w14:textId="77777777" w:rsidR="000D75A8" w:rsidRDefault="00000000">
      <w:pPr>
        <w:pStyle w:val="31"/>
      </w:pPr>
      <w:r>
        <w:t xml:space="preserve">10.2 </w:t>
      </w:r>
      <w:r>
        <w:t>第一週需要協助活動現場</w:t>
      </w:r>
    </w:p>
    <w:p w14:paraId="24B87050" w14:textId="77777777" w:rsidR="000D75A8" w:rsidRDefault="00000000">
      <w:r>
        <w:t>活動現場可能涉及交通、餐費、文具採買、設備借用、臨時印刷、廠商聯繫或接待外賓。新人應先確認自己是否有採買權限、是否可代墊、憑證如何保存、以及是否需事前核准。</w:t>
      </w:r>
    </w:p>
    <w:p w14:paraId="52B97C1C" w14:textId="77777777" w:rsidR="000D75A8" w:rsidRDefault="00000000">
      <w:r>
        <w:t>若主管口頭指示新人現場採買，請盡量以訊息或信件確認品項、金額上限、用途與預算來源，避免事後無法核銷。</w:t>
      </w:r>
    </w:p>
    <w:p w14:paraId="30DB3037" w14:textId="77777777" w:rsidR="000D75A8" w:rsidRDefault="00000000">
      <w:pPr>
        <w:pStyle w:val="31"/>
      </w:pPr>
      <w:r>
        <w:t xml:space="preserve">10.3 </w:t>
      </w:r>
      <w:r>
        <w:t>還沒開通帳號但需要讀專案資料</w:t>
      </w:r>
    </w:p>
    <w:p w14:paraId="63D572FD" w14:textId="77777777" w:rsidR="000D75A8" w:rsidRDefault="00000000">
      <w:r>
        <w:t>請主管或專案負責人確認是否可提供資料。若資料含機敏資訊，不應轉寄至私人信箱。可請主管安排臨時閱讀方式，或等帳號與資料夾權限開通後再閱讀。</w:t>
      </w:r>
    </w:p>
    <w:p w14:paraId="0EA938EB" w14:textId="77777777" w:rsidR="000D75A8" w:rsidRDefault="00000000">
      <w:pPr>
        <w:pStyle w:val="31"/>
      </w:pPr>
      <w:r>
        <w:t xml:space="preserve">10.4 </w:t>
      </w:r>
      <w:r>
        <w:t>收到廠商詢問付款進度</w:t>
      </w:r>
    </w:p>
    <w:p w14:paraId="0CF93D28" w14:textId="77777777" w:rsidR="000D75A8" w:rsidRDefault="00000000">
      <w:r>
        <w:t>新人不應自行承諾付款日期。請先確認該廠商所屬專案、合約或請購案，再轉由專案承辦人或財務窗口回覆。</w:t>
      </w:r>
    </w:p>
    <w:p w14:paraId="50ABDA55" w14:textId="77777777" w:rsidR="000D75A8" w:rsidRDefault="00000000">
      <w:pPr>
        <w:pStyle w:val="31"/>
      </w:pPr>
      <w:r>
        <w:lastRenderedPageBreak/>
        <w:t xml:space="preserve">10.5 </w:t>
      </w:r>
      <w:r>
        <w:t>需要幫忙草擬公文或簽呈</w:t>
      </w:r>
    </w:p>
    <w:p w14:paraId="6BE3CE8F" w14:textId="77777777" w:rsidR="000D75A8" w:rsidRDefault="00000000">
      <w:r>
        <w:t>請向主管確認目的、對象、簽核路徑與範本。新人可先參考既有範本，但不得自行發文或跳過主管審閱。</w:t>
      </w:r>
    </w:p>
    <w:p w14:paraId="1D78426E" w14:textId="77777777" w:rsidR="000D75A8" w:rsidRDefault="00000000">
      <w:pPr>
        <w:pStyle w:val="21"/>
      </w:pPr>
      <w:r>
        <w:t xml:space="preserve">11. </w:t>
      </w:r>
      <w:r>
        <w:t>到職第一個月重點</w:t>
      </w:r>
    </w:p>
    <w:p w14:paraId="299940D1" w14:textId="77777777" w:rsidR="000D75A8" w:rsidRDefault="00000000">
      <w:r>
        <w:t>到職第一個月內，新人應逐步完成：</w:t>
      </w:r>
    </w:p>
    <w:p w14:paraId="77585702" w14:textId="77777777" w:rsidR="000D75A8" w:rsidRDefault="00000000">
      <w:pPr>
        <w:pStyle w:val="a0"/>
        <w:spacing w:after="80"/>
      </w:pPr>
      <w:r>
        <w:t>熟悉組織任務與處室分工。</w:t>
      </w:r>
    </w:p>
    <w:p w14:paraId="130ED3B4" w14:textId="77777777" w:rsidR="000D75A8" w:rsidRDefault="00000000">
      <w:pPr>
        <w:pStyle w:val="a0"/>
        <w:spacing w:after="80"/>
      </w:pPr>
      <w:r>
        <w:t>完成必要教育訓練。</w:t>
      </w:r>
    </w:p>
    <w:p w14:paraId="3ADC4A20" w14:textId="77777777" w:rsidR="000D75A8" w:rsidRDefault="00000000">
      <w:pPr>
        <w:pStyle w:val="a0"/>
        <w:spacing w:after="80"/>
      </w:pPr>
      <w:r>
        <w:t>建立主要協作窗口名單。</w:t>
      </w:r>
    </w:p>
    <w:p w14:paraId="30148E22" w14:textId="77777777" w:rsidR="000D75A8" w:rsidRDefault="00000000">
      <w:pPr>
        <w:pStyle w:val="a0"/>
        <w:spacing w:after="80"/>
      </w:pPr>
      <w:r>
        <w:t>了解專案資料夾架構。</w:t>
      </w:r>
    </w:p>
    <w:p w14:paraId="1F9D8665" w14:textId="77777777" w:rsidR="000D75A8" w:rsidRDefault="00000000">
      <w:pPr>
        <w:pStyle w:val="a0"/>
        <w:spacing w:after="80"/>
      </w:pPr>
      <w:r>
        <w:t>參與至少一次部門例會或專案會議。</w:t>
      </w:r>
    </w:p>
    <w:p w14:paraId="79399493" w14:textId="77777777" w:rsidR="000D75A8" w:rsidRDefault="00000000">
      <w:pPr>
        <w:pStyle w:val="a0"/>
        <w:spacing w:after="80"/>
      </w:pPr>
      <w:r>
        <w:t>與主管確認三十天工作目標。</w:t>
      </w:r>
    </w:p>
    <w:p w14:paraId="3105BAF9" w14:textId="77777777" w:rsidR="000D75A8" w:rsidRDefault="00000000">
      <w:pPr>
        <w:pStyle w:val="a0"/>
        <w:spacing w:after="80"/>
      </w:pPr>
      <w:r>
        <w:t>了解與職務相關之採購、核銷、公文、合約或補助流程。</w:t>
      </w:r>
    </w:p>
    <w:p w14:paraId="43E2A7C4" w14:textId="77777777" w:rsidR="000D75A8" w:rsidRDefault="00000000">
      <w:pPr>
        <w:pStyle w:val="a0"/>
        <w:spacing w:after="80"/>
      </w:pPr>
      <w:r>
        <w:t>若工作涉及個資或機敏資料，完成進階資安或個資訓練。</w:t>
      </w:r>
    </w:p>
    <w:p w14:paraId="694AE4B7" w14:textId="77777777" w:rsidR="000D75A8" w:rsidRDefault="00000000">
      <w:r>
        <w:t>新人若發現文件內容與實際流程不一致，請回報主管或權責窗口。內部流程可能因法規、系統或組織調整而變動，請以最新公告為準。</w:t>
      </w:r>
    </w:p>
    <w:p w14:paraId="79352A80" w14:textId="77777777" w:rsidR="000D75A8" w:rsidRDefault="00000000">
      <w:pPr>
        <w:pStyle w:val="21"/>
      </w:pPr>
      <w:r>
        <w:t xml:space="preserve">12. </w:t>
      </w:r>
      <w:r>
        <w:t>常用窗口總表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3120"/>
        <w:gridCol w:w="3240"/>
        <w:gridCol w:w="3672"/>
      </w:tblGrid>
      <w:tr w:rsidR="000D75A8" w14:paraId="2D3B8159" w14:textId="77777777">
        <w:tc>
          <w:tcPr>
            <w:tcW w:w="2448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AC7188" w14:textId="77777777" w:rsidR="000D75A8" w:rsidRDefault="00000000">
            <w:pPr>
              <w:jc w:val="center"/>
            </w:pPr>
            <w:r>
              <w:rPr>
                <w:b/>
                <w:sz w:val="20"/>
              </w:rPr>
              <w:t>事項</w:t>
            </w:r>
          </w:p>
        </w:tc>
        <w:tc>
          <w:tcPr>
            <w:tcW w:w="324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8C19A3" w14:textId="77777777" w:rsidR="000D75A8" w:rsidRDefault="00000000">
            <w:pPr>
              <w:jc w:val="center"/>
            </w:pPr>
            <w:r>
              <w:rPr>
                <w:b/>
                <w:sz w:val="20"/>
              </w:rPr>
              <w:t>主要窗口</w:t>
            </w:r>
          </w:p>
        </w:tc>
        <w:tc>
          <w:tcPr>
            <w:tcW w:w="3672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C07B01" w14:textId="77777777" w:rsidR="000D75A8" w:rsidRDefault="00000000">
            <w:pPr>
              <w:jc w:val="center"/>
            </w:pPr>
            <w:r>
              <w:rPr>
                <w:b/>
                <w:sz w:val="20"/>
              </w:rPr>
              <w:t>備註</w:t>
            </w:r>
          </w:p>
        </w:tc>
      </w:tr>
      <w:tr w:rsidR="000D75A8" w14:paraId="57FA62C2" w14:textId="77777777"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DDFEB6" w14:textId="77777777" w:rsidR="000D75A8" w:rsidRDefault="00000000">
            <w:r>
              <w:rPr>
                <w:sz w:val="20"/>
              </w:rPr>
              <w:t>任用文件、薪資資料、勞健保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81729F" w14:textId="77777777" w:rsidR="000D75A8" w:rsidRDefault="00000000">
            <w:pPr>
              <w:jc w:val="center"/>
            </w:pPr>
            <w:r>
              <w:rPr>
                <w:sz w:val="20"/>
              </w:rPr>
              <w:t>人資單位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1703D2" w14:textId="77777777" w:rsidR="000D75A8" w:rsidRDefault="00000000">
            <w:r>
              <w:rPr>
                <w:sz w:val="20"/>
              </w:rPr>
              <w:t>補件可能影響薪資與系統建檔</w:t>
            </w:r>
          </w:p>
        </w:tc>
      </w:tr>
      <w:tr w:rsidR="000D75A8" w14:paraId="4D48E746" w14:textId="77777777"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AB93A7" w14:textId="77777777" w:rsidR="000D75A8" w:rsidRDefault="00000000">
            <w:pPr>
              <w:jc w:val="center"/>
            </w:pPr>
            <w:r>
              <w:rPr>
                <w:sz w:val="20"/>
              </w:rPr>
              <w:t>差勤、請假、加班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4C4C14" w14:textId="77777777" w:rsidR="000D75A8" w:rsidRDefault="00000000">
            <w:r>
              <w:rPr>
                <w:sz w:val="20"/>
              </w:rPr>
              <w:t>人資單位、直屬主管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0F7002" w14:textId="77777777" w:rsidR="000D75A8" w:rsidRDefault="00000000">
            <w:r>
              <w:rPr>
                <w:sz w:val="20"/>
              </w:rPr>
              <w:t>系統未開通時需先報備並補登</w:t>
            </w:r>
          </w:p>
        </w:tc>
      </w:tr>
      <w:tr w:rsidR="000D75A8" w14:paraId="7FDB78D3" w14:textId="77777777"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DD4D83" w14:textId="77777777" w:rsidR="000D75A8" w:rsidRDefault="00000000">
            <w:r>
              <w:rPr>
                <w:sz w:val="20"/>
              </w:rPr>
              <w:t>識別證、門禁、座位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F34F57" w14:textId="77777777" w:rsidR="000D75A8" w:rsidRDefault="00000000">
            <w:pPr>
              <w:jc w:val="center"/>
            </w:pPr>
            <w:r>
              <w:rPr>
                <w:sz w:val="20"/>
              </w:rPr>
              <w:t>行政總務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3791A6" w14:textId="77777777" w:rsidR="000D75A8" w:rsidRDefault="00000000">
            <w:r>
              <w:rPr>
                <w:sz w:val="20"/>
              </w:rPr>
              <w:t>正式卡片通常需一至三個工作天</w:t>
            </w:r>
          </w:p>
        </w:tc>
      </w:tr>
      <w:tr w:rsidR="000D75A8" w14:paraId="5459F1FD" w14:textId="77777777"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B72998" w14:textId="77777777" w:rsidR="000D75A8" w:rsidRDefault="00000000">
            <w:r>
              <w:rPr>
                <w:sz w:val="20"/>
              </w:rPr>
              <w:t>設備、信箱、系統權限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C37820" w14:textId="77777777" w:rsidR="000D75A8" w:rsidRDefault="00000000">
            <w:pPr>
              <w:jc w:val="center"/>
            </w:pPr>
            <w:r>
              <w:rPr>
                <w:sz w:val="20"/>
              </w:rPr>
              <w:t>資訊單位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E4172E" w14:textId="77777777" w:rsidR="000D75A8" w:rsidRDefault="00000000">
            <w:r>
              <w:rPr>
                <w:sz w:val="20"/>
              </w:rPr>
              <w:t>帳號開通通常需一至三個工作天</w:t>
            </w:r>
          </w:p>
        </w:tc>
      </w:tr>
      <w:tr w:rsidR="000D75A8" w14:paraId="428EB2FB" w14:textId="77777777"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A54C2E" w14:textId="77777777" w:rsidR="000D75A8" w:rsidRDefault="00000000">
            <w:r>
              <w:rPr>
                <w:sz w:val="20"/>
              </w:rPr>
              <w:t>核銷、差旅、代墊、發票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684F4F" w14:textId="77777777" w:rsidR="000D75A8" w:rsidRDefault="00000000">
            <w:pPr>
              <w:jc w:val="center"/>
            </w:pPr>
            <w:r>
              <w:rPr>
                <w:sz w:val="20"/>
              </w:rPr>
              <w:t>財務單位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B7784B" w14:textId="77777777" w:rsidR="000D75A8" w:rsidRDefault="00000000">
            <w:r>
              <w:rPr>
                <w:sz w:val="20"/>
              </w:rPr>
              <w:t>詳細規定依財務文件辦理</w:t>
            </w:r>
          </w:p>
        </w:tc>
      </w:tr>
      <w:tr w:rsidR="000D75A8" w14:paraId="35B1B8B8" w14:textId="77777777"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7529F0" w14:textId="77777777" w:rsidR="000D75A8" w:rsidRDefault="00000000">
            <w:pPr>
              <w:jc w:val="center"/>
            </w:pPr>
            <w:r>
              <w:rPr>
                <w:sz w:val="20"/>
              </w:rPr>
              <w:lastRenderedPageBreak/>
              <w:t>合約、採購、授權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D6C576" w14:textId="77777777" w:rsidR="000D75A8" w:rsidRDefault="00000000">
            <w:pPr>
              <w:jc w:val="center"/>
            </w:pPr>
            <w:r>
              <w:rPr>
                <w:sz w:val="20"/>
              </w:rPr>
              <w:t>法務或採購窗口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6221A7" w14:textId="77777777" w:rsidR="000D75A8" w:rsidRDefault="00000000">
            <w:pPr>
              <w:jc w:val="center"/>
            </w:pPr>
            <w:r>
              <w:rPr>
                <w:sz w:val="20"/>
              </w:rPr>
              <w:t>不得自行對外承諾</w:t>
            </w:r>
          </w:p>
        </w:tc>
      </w:tr>
      <w:tr w:rsidR="000D75A8" w14:paraId="716C61A7" w14:textId="77777777"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83565" w14:textId="77777777" w:rsidR="000D75A8" w:rsidRDefault="00000000">
            <w:pPr>
              <w:jc w:val="center"/>
            </w:pPr>
            <w:r>
              <w:rPr>
                <w:sz w:val="20"/>
              </w:rPr>
              <w:t>新聞、媒體、社群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F559A2" w14:textId="77777777" w:rsidR="000D75A8" w:rsidRDefault="00000000">
            <w:pPr>
              <w:jc w:val="center"/>
            </w:pPr>
            <w:r>
              <w:rPr>
                <w:sz w:val="20"/>
              </w:rPr>
              <w:t>公關窗口、主管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7C4B95" w14:textId="77777777" w:rsidR="000D75A8" w:rsidRDefault="00000000">
            <w:pPr>
              <w:jc w:val="center"/>
            </w:pPr>
            <w:r>
              <w:rPr>
                <w:sz w:val="20"/>
              </w:rPr>
              <w:t>對外回覆需先確認</w:t>
            </w:r>
          </w:p>
        </w:tc>
      </w:tr>
      <w:tr w:rsidR="000D75A8" w14:paraId="3A186E57" w14:textId="77777777"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EB2B4B" w14:textId="77777777" w:rsidR="000D75A8" w:rsidRDefault="00000000">
            <w:r>
              <w:rPr>
                <w:sz w:val="20"/>
              </w:rPr>
              <w:t>專案資料夾與工作分派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E8BE2E" w14:textId="77777777" w:rsidR="000D75A8" w:rsidRDefault="00000000">
            <w:r>
              <w:rPr>
                <w:sz w:val="20"/>
              </w:rPr>
              <w:t>直屬主管、專案負責人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D4ADB2" w14:textId="77777777" w:rsidR="000D75A8" w:rsidRDefault="00000000">
            <w:r>
              <w:rPr>
                <w:sz w:val="20"/>
              </w:rPr>
              <w:t>權限依職務與專案需要申請</w:t>
            </w:r>
          </w:p>
        </w:tc>
      </w:tr>
    </w:tbl>
    <w:p w14:paraId="564DCFED" w14:textId="77777777" w:rsidR="000D75A8" w:rsidRDefault="000D75A8"/>
    <w:p w14:paraId="022EAC84" w14:textId="77777777" w:rsidR="000D75A8" w:rsidRDefault="00000000">
      <w:pPr>
        <w:pStyle w:val="21"/>
      </w:pPr>
      <w:r>
        <w:t xml:space="preserve">13. </w:t>
      </w:r>
      <w:r>
        <w:t>文件邊界</w:t>
      </w:r>
    </w:p>
    <w:p w14:paraId="539CE944" w14:textId="77777777" w:rsidR="000D75A8" w:rsidRDefault="00000000">
      <w:r>
        <w:t>本文件是新人快速上手用說明，並非完整制度彙編。若涉及下列事項，請務必查閱正式規定或洽權責單位：</w:t>
      </w:r>
    </w:p>
    <w:p w14:paraId="45ADC114" w14:textId="77777777" w:rsidR="000D75A8" w:rsidRDefault="00000000">
      <w:pPr>
        <w:pStyle w:val="a0"/>
        <w:spacing w:after="80"/>
      </w:pPr>
      <w:r>
        <w:t>薪資、保險與任用權利義務。</w:t>
      </w:r>
    </w:p>
    <w:p w14:paraId="35D4F1E9" w14:textId="77777777" w:rsidR="000D75A8" w:rsidRDefault="00000000">
      <w:pPr>
        <w:pStyle w:val="a0"/>
        <w:spacing w:after="80"/>
      </w:pPr>
      <w:r>
        <w:t>差勤、請假、加班與出差。</w:t>
      </w:r>
    </w:p>
    <w:p w14:paraId="455142B9" w14:textId="77777777" w:rsidR="000D75A8" w:rsidRDefault="00000000">
      <w:pPr>
        <w:pStyle w:val="a0"/>
        <w:spacing w:after="80"/>
      </w:pPr>
      <w:r>
        <w:t>財務核銷、代墊、預支與發票。</w:t>
      </w:r>
    </w:p>
    <w:p w14:paraId="59798D32" w14:textId="77777777" w:rsidR="000D75A8" w:rsidRDefault="00000000">
      <w:pPr>
        <w:pStyle w:val="a0"/>
        <w:spacing w:after="80"/>
      </w:pPr>
      <w:r>
        <w:t>採購、請購、合約與驗收。</w:t>
      </w:r>
    </w:p>
    <w:p w14:paraId="272A96C6" w14:textId="77777777" w:rsidR="000D75A8" w:rsidRDefault="00000000">
      <w:pPr>
        <w:pStyle w:val="a0"/>
        <w:spacing w:after="80"/>
      </w:pPr>
      <w:r>
        <w:t>個資、資安、保密與資料保存。</w:t>
      </w:r>
    </w:p>
    <w:p w14:paraId="27E6FB14" w14:textId="77777777" w:rsidR="000D75A8" w:rsidRDefault="00000000">
      <w:pPr>
        <w:pStyle w:val="a0"/>
        <w:spacing w:after="80"/>
      </w:pPr>
      <w:r>
        <w:t>對外發言、媒體回覆與公開發布。</w:t>
      </w:r>
    </w:p>
    <w:p w14:paraId="633AFD3D" w14:textId="77777777" w:rsidR="000D75A8" w:rsidRDefault="00000000">
      <w:r>
        <w:t>新人若不確定某事項應找哪個窗口，請先詢問直屬主管或人資窗口。</w:t>
      </w:r>
    </w:p>
    <w:sectPr w:rsidR="000D75A8" w:rsidSect="00034616"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35967D" w14:textId="77777777" w:rsidR="00891503" w:rsidRDefault="00891503">
      <w:pPr>
        <w:spacing w:after="0" w:line="240" w:lineRule="auto"/>
      </w:pPr>
      <w:r>
        <w:separator/>
      </w:r>
    </w:p>
  </w:endnote>
  <w:endnote w:type="continuationSeparator" w:id="0">
    <w:p w14:paraId="640289F9" w14:textId="77777777" w:rsidR="00891503" w:rsidRDefault="00891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F8D828" w14:textId="77777777" w:rsidR="000D75A8" w:rsidRDefault="00000000">
    <w:pPr>
      <w:pStyle w:val="a7"/>
      <w:jc w:val="center"/>
    </w:pPr>
    <w:r>
      <w:rPr>
        <w:color w:val="5A5A5A"/>
        <w:sz w:val="18"/>
      </w:rPr>
      <w:t>教學用模擬文件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C51955" w14:textId="77777777" w:rsidR="00891503" w:rsidRDefault="00891503">
      <w:pPr>
        <w:spacing w:after="0" w:line="240" w:lineRule="auto"/>
      </w:pPr>
      <w:r>
        <w:separator/>
      </w:r>
    </w:p>
  </w:footnote>
  <w:footnote w:type="continuationSeparator" w:id="0">
    <w:p w14:paraId="21D6590B" w14:textId="77777777" w:rsidR="00891503" w:rsidRDefault="008915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6127403">
    <w:abstractNumId w:val="8"/>
  </w:num>
  <w:num w:numId="2" w16cid:durableId="1921065309">
    <w:abstractNumId w:val="6"/>
  </w:num>
  <w:num w:numId="3" w16cid:durableId="8024067">
    <w:abstractNumId w:val="5"/>
  </w:num>
  <w:num w:numId="4" w16cid:durableId="1214851779">
    <w:abstractNumId w:val="4"/>
  </w:num>
  <w:num w:numId="5" w16cid:durableId="1345550149">
    <w:abstractNumId w:val="7"/>
  </w:num>
  <w:num w:numId="6" w16cid:durableId="1076633716">
    <w:abstractNumId w:val="3"/>
  </w:num>
  <w:num w:numId="7" w16cid:durableId="1457407322">
    <w:abstractNumId w:val="2"/>
  </w:num>
  <w:num w:numId="8" w16cid:durableId="1447625222">
    <w:abstractNumId w:val="1"/>
  </w:num>
  <w:num w:numId="9" w16cid:durableId="17618265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75A8"/>
    <w:rsid w:val="0015074B"/>
    <w:rsid w:val="0029639D"/>
    <w:rsid w:val="00326F90"/>
    <w:rsid w:val="00644B58"/>
    <w:rsid w:val="00891503"/>
    <w:rsid w:val="00AA1D8D"/>
    <w:rsid w:val="00B47730"/>
    <w:rsid w:val="00CB0664"/>
    <w:rsid w:val="00ED6C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4DEF93"/>
  <w14:defaultImageDpi w14:val="300"/>
  <w15:docId w15:val="{46CD11D6-BA3F-0A43-85F3-A2B250529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300" w:lineRule="auto"/>
    </w:pPr>
    <w:rPr>
      <w:rFonts w:ascii="Calibri" w:eastAsia="Microsoft JhengHe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3148</Words>
  <Characters>3244</Characters>
  <Application>Microsoft Office Word</Application>
  <DocSecurity>0</DocSecurity>
  <Lines>170</Lines>
  <Paragraphs>277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vivi Chen</cp:lastModifiedBy>
  <cp:revision>2</cp:revision>
  <dcterms:created xsi:type="dcterms:W3CDTF">2013-12-23T23:15:00Z</dcterms:created>
  <dcterms:modified xsi:type="dcterms:W3CDTF">2026-06-28T17:32:00Z</dcterms:modified>
  <cp:category/>
</cp:coreProperties>
</file>